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AFFIDAVIT / DÉCLARATION ASSERMENTÉE</w:t>
      </w:r>
    </w:p>
    <w:p>
      <w:pPr>
        <w:jc w:val="center"/>
      </w:pPr>
      <w:r>
        <w:rPr>
          <w:b/>
          <w:sz w:val="19"/>
        </w:rPr>
        <w:t>MODÈLE GÉNÉRAL — QUÉBEC</w:t>
      </w:r>
    </w:p>
    <w:p>
      <w:pPr>
        <w:jc w:val="center"/>
      </w:pPr>
      <w:r>
        <w:rPr>
          <w:i/>
          <w:sz w:val="15"/>
        </w:rPr>
        <w:t>Document préparatoire général. Si un tribunal, un ministère ou un organisme exige un formulaire précis, utilisez le formulaire prescrit.</w:t>
      </w:r>
    </w:p>
    <w:p>
      <w:r>
        <w:t xml:space="preserve">Je, soussigné(e), </w:t>
      </w:r>
      <w:r>
        <w:rPr>
          <w:b/>
        </w:rPr>
        <w:t>[PRÉNOM ET NOM DU DÉCLARANT]</w:t>
      </w:r>
      <w:r>
        <w:t>,</w:t>
      </w:r>
    </w:p>
    <w:p>
      <w:r>
        <w:t xml:space="preserve">domicilié(e) et résidant au : </w:t>
      </w:r>
      <w:r>
        <w:rPr>
          <w:b/>
        </w:rPr>
        <w:t>[ADRESSE COMPLÈTE, VILLE, PROVINCE, CODE POSTAL]</w:t>
      </w:r>
      <w:r>
        <w:t>,</w:t>
      </w:r>
    </w:p>
    <w:p>
      <w:r>
        <w:rPr>
          <w:b/>
        </w:rPr>
        <w:t>déclare sous serment ce qui suit :</w:t>
      </w:r>
    </w:p>
    <w:p>
      <w:pPr>
        <w:spacing w:after="40"/>
      </w:pPr>
      <w:r>
        <w:t>1. [INSCRIRE LE FAIT À DÉCLARER]</w:t>
      </w:r>
      <w:r>
        <w:br/>
        <w:t xml:space="preserve">   _____________________________________________________________________________</w:t>
      </w:r>
    </w:p>
    <w:p>
      <w:pPr>
        <w:spacing w:after="40"/>
      </w:pPr>
      <w:r>
        <w:t>2. [INSCRIRE LE FAIT À DÉCLARER]</w:t>
      </w:r>
      <w:r>
        <w:br/>
        <w:t xml:space="preserve">   _____________________________________________________________________________</w:t>
      </w:r>
    </w:p>
    <w:p>
      <w:pPr>
        <w:spacing w:after="40"/>
      </w:pPr>
      <w:r>
        <w:t>3. [INSCRIRE LE FAIT À DÉCLARER]</w:t>
      </w:r>
      <w:r>
        <w:br/>
        <w:t xml:space="preserve">   _____________________________________________________________________________</w:t>
      </w:r>
    </w:p>
    <w:p>
      <w:pPr>
        <w:spacing w:after="40"/>
      </w:pPr>
      <w:r>
        <w:t>4. [INSCRIRE LE FAIT À DÉCLARER]</w:t>
      </w:r>
      <w:r>
        <w:br/>
        <w:t xml:space="preserve">   _____________________________________________________________________________</w:t>
      </w:r>
    </w:p>
    <w:p>
      <w:r>
        <w:rPr>
          <w:b/>
        </w:rPr>
        <w:t>Je déclare que les faits énoncés dans la présente déclaration sont vrais au meilleur de ma connaissance.</w:t>
      </w:r>
    </w:p>
    <w:p>
      <w:r>
        <w:t>Et j’ai signé :</w:t>
      </w:r>
    </w:p>
    <w:tbl>
      <w:tblPr>
        <w:tblW w:type="auto" w:w="0"/>
        <w:jc w:val="center"/>
        <w:tblLook w:firstColumn="1" w:firstRow="1" w:lastColumn="0" w:lastRow="0" w:noHBand="0" w:noVBand="1" w:val="04A0"/>
      </w:tblPr>
      <w:tblGrid>
        <w:gridCol w:w="5083"/>
        <w:gridCol w:w="5083"/>
      </w:tblGrid>
      <w:tr>
        <w:tc>
          <w:tcPr>
            <w:tcW w:type="dxa" w:w="5083"/>
            <w:tcBorders>
              <w:top w:val="nil"/>
              <w:left w:val="nil"/>
              <w:bottom w:val="nil"/>
              <w:right w:val="nil"/>
              <w:insideH w:val="nil"/>
              <w:insideV w:val="nil"/>
            </w:tcBorders>
          </w:tcPr>
          <w:p>
            <w:pPr>
              <w:jc w:val="center"/>
            </w:pPr>
            <w:r>
              <w:rPr>
                <w:sz w:val="17"/>
              </w:rPr>
              <w:t>________________________________</w:t>
            </w:r>
          </w:p>
        </w:tc>
        <w:tc>
          <w:tcPr>
            <w:tcW w:type="dxa" w:w="5083"/>
            <w:tcBorders>
              <w:top w:val="nil"/>
              <w:left w:val="nil"/>
              <w:bottom w:val="nil"/>
              <w:right w:val="nil"/>
              <w:insideH w:val="nil"/>
              <w:insideV w:val="nil"/>
            </w:tcBorders>
          </w:tcPr>
          <w:p>
            <w:pPr>
              <w:jc w:val="center"/>
            </w:pPr>
            <w:r>
              <w:rPr>
                <w:sz w:val="17"/>
              </w:rPr>
              <w:t>________________________________</w:t>
            </w:r>
          </w:p>
        </w:tc>
      </w:tr>
      <w:tr>
        <w:tc>
          <w:tcPr>
            <w:tcW w:type="dxa" w:w="5083"/>
            <w:tcBorders>
              <w:top w:val="nil"/>
              <w:left w:val="nil"/>
              <w:bottom w:val="nil"/>
              <w:right w:val="nil"/>
              <w:insideH w:val="nil"/>
              <w:insideV w:val="nil"/>
            </w:tcBorders>
          </w:tcPr>
          <w:p>
            <w:pPr>
              <w:jc w:val="center"/>
            </w:pPr>
            <w:r>
              <w:rPr>
                <w:sz w:val="17"/>
              </w:rPr>
              <w:t>Signature du déclarant</w:t>
            </w:r>
          </w:p>
        </w:tc>
        <w:tc>
          <w:tcPr>
            <w:tcW w:type="dxa" w:w="5083"/>
            <w:tcBorders>
              <w:top w:val="nil"/>
              <w:left w:val="nil"/>
              <w:bottom w:val="nil"/>
              <w:right w:val="nil"/>
              <w:insideH w:val="nil"/>
              <w:insideV w:val="nil"/>
            </w:tcBorders>
          </w:tcPr>
          <w:p>
            <w:pPr>
              <w:jc w:val="center"/>
            </w:pPr>
            <w:r>
              <w:rPr>
                <w:sz w:val="17"/>
              </w:rPr>
              <w:t>Date</w:t>
            </w:r>
          </w:p>
        </w:tc>
      </w:tr>
    </w:tbl>
    <w:tbl>
      <w:tblPr>
        <w:tblW w:type="auto" w:w="0"/>
        <w:jc w:val="center"/>
        <w:tblLook w:firstColumn="1" w:firstRow="1" w:lastColumn="0" w:lastRow="0" w:noHBand="0" w:noVBand="1" w:val="04A0"/>
      </w:tblPr>
      <w:tblGrid>
        <w:gridCol w:w="10166"/>
      </w:tblGrid>
      <w:tr>
        <w:tc>
          <w:tcPr>
            <w:tcW w:type="dxa" w:w="10166"/>
            <w:tcBorders>
              <w:top w:val="single" w:sz="8"/>
              <w:left w:val="single" w:sz="8"/>
              <w:bottom w:val="single" w:sz="8"/>
              <w:right w:val="single" w:sz="8"/>
            </w:tcBorders>
          </w:tcPr>
          <w:p>
            <w:pPr>
              <w:jc w:val="center"/>
            </w:pPr>
            <w:r>
              <w:rPr>
                <w:b/>
                <w:sz w:val="20"/>
              </w:rPr>
              <w:t>SECTION D’ASSERMENTATION</w:t>
            </w:r>
          </w:p>
          <w:p>
            <w:pPr>
              <w:spacing w:after="20"/>
            </w:pPr>
            <w:r>
              <w:rPr>
                <w:sz w:val="17"/>
              </w:rPr>
              <w:t>Déclaré sous serment devant moi</w:t>
            </w:r>
          </w:p>
          <w:p>
            <w:pPr>
              <w:spacing w:after="20"/>
            </w:pPr>
            <w:r>
              <w:rPr>
                <w:sz w:val="17"/>
              </w:rPr>
              <w:t>À : ____________________________________     Le : ______________________________</w:t>
            </w:r>
          </w:p>
          <w:p>
            <w:pPr>
              <w:spacing w:after="20"/>
            </w:pPr>
            <w:r>
              <w:rPr>
                <w:sz w:val="17"/>
              </w:rPr>
              <w:t>Signature du commissaire : __________________________________________________</w:t>
            </w:r>
          </w:p>
          <w:p>
            <w:pPr>
              <w:spacing w:after="20"/>
            </w:pPr>
            <w:r>
              <w:rPr>
                <w:sz w:val="17"/>
              </w:rPr>
              <w:t>Nom du commissaire : _______________________________________________________</w:t>
            </w:r>
          </w:p>
          <w:p>
            <w:pPr>
              <w:spacing w:after="20"/>
            </w:pPr>
            <w:r>
              <w:rPr>
                <w:sz w:val="17"/>
              </w:rPr>
              <w:t>Titre / étendue de la commission : ___________________________________________</w:t>
            </w:r>
          </w:p>
          <w:p>
            <w:pPr>
              <w:spacing w:after="20"/>
            </w:pPr>
            <w:r>
              <w:rPr>
                <w:sz w:val="17"/>
              </w:rPr>
              <w:t>Numéro de commissaire : ____________________________________________________</w:t>
            </w:r>
          </w:p>
          <w:p>
            <w:pPr>
              <w:spacing w:after="20"/>
            </w:pPr>
            <w:r>
              <w:rPr>
                <w:sz w:val="17"/>
              </w:rPr>
              <w:t>Assermentation effectuée à distance :   ☐ Oui     ☐ Non</w:t>
            </w:r>
          </w:p>
        </w:tc>
      </w:tr>
    </w:tbl>
    <w:p>
      <w:r>
        <w:rPr>
          <w:b/>
          <w:sz w:val="14"/>
        </w:rPr>
        <w:t xml:space="preserve">IMPORTANT — </w:t>
      </w:r>
      <w:r>
        <w:rPr>
          <w:sz w:val="14"/>
        </w:rPr>
        <w:t>Ce modèle est destiné à la préparation d’une déclaration générale. Le déclarant doit lire et vérifier le document avant l’assermentation et le signer en présence du commissaire. Lorsqu’une procédure judiciaire, administrative ou un organisme impose une forme ou un formulaire particulier, le formulaire prescrit doit être utilisé.</w:t>
      </w:r>
    </w:p>
    <w:sectPr w:rsidR="00FC693F" w:rsidRPr="0006063C" w:rsidSect="00034616">
      <w:footerReference w:type="default" r:id="rId9"/>
      <w:pgSz w:w="12240" w:h="15840"/>
      <w:pgMar w:top="691" w:right="1037" w:bottom="691"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Modèle général — Affidavit / déclaration assermentée — Québec</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