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DÉCLARATION DE FAITS</w:t>
      </w:r>
    </w:p>
    <w:p>
      <w:pPr>
        <w:jc w:val="center"/>
      </w:pPr>
      <w:r>
        <w:rPr>
          <w:b/>
          <w:sz w:val="19"/>
        </w:rPr>
        <w:t>MODÈLE GÉNÉRAL — QUÉBEC</w:t>
      </w:r>
    </w:p>
    <w:p>
      <w:pPr>
        <w:jc w:val="center"/>
      </w:pPr>
      <w:r>
        <w:rPr>
          <w:i/>
          <w:sz w:val="15"/>
        </w:rPr>
        <w:t>Document préparatoire général. Si un tribunal, un ministère ou un organisme exige un formulaire précis, utilisez le formulaire prescrit.</w:t>
      </w:r>
    </w:p>
    <w:p>
      <w:r>
        <w:t xml:space="preserve">Je, soussigné(e), </w:t>
      </w:r>
      <w:r>
        <w:rPr>
          <w:b/>
        </w:rPr>
        <w:t>[PRÉNOM ET NOM DU DÉCLARANT]</w:t>
      </w:r>
      <w:r>
        <w:t>,</w:t>
      </w:r>
    </w:p>
    <w:p>
      <w:r>
        <w:t xml:space="preserve">domicilié(e) et résidant au : </w:t>
      </w:r>
      <w:r>
        <w:rPr>
          <w:b/>
        </w:rPr>
        <w:t>[ADRESSE COMPLÈTE, VILLE, PROVINCE, CODE POSTAL]</w:t>
      </w:r>
      <w:r>
        <w:t>,</w:t>
      </w:r>
    </w:p>
    <w:p>
      <w:r>
        <w:rPr>
          <w:b/>
        </w:rPr>
        <w:t>déclare les faits suivants :</w:t>
      </w:r>
    </w:p>
    <w:p>
      <w:pPr>
        <w:spacing w:after="40"/>
      </w:pPr>
      <w:r>
        <w:t>1. [DÉCRIRE LE FAIT DE FAÇON CLAIRE ET PRÉCISE]</w:t>
      </w:r>
      <w:r>
        <w:br/>
        <w:t xml:space="preserve">   _____________________________________________________________________________</w:t>
      </w:r>
    </w:p>
    <w:p>
      <w:pPr>
        <w:spacing w:after="40"/>
      </w:pPr>
      <w:r>
        <w:t>2. [DÉCRIRE LE FAIT DE FAÇON CLAIRE ET PRÉCISE]</w:t>
      </w:r>
      <w:r>
        <w:br/>
        <w:t xml:space="preserve">   _____________________________________________________________________________</w:t>
      </w:r>
    </w:p>
    <w:p>
      <w:pPr>
        <w:spacing w:after="40"/>
      </w:pPr>
      <w:r>
        <w:t>3. [DÉCRIRE LE FAIT DE FAÇON CLAIRE ET PRÉCISE]</w:t>
      </w:r>
      <w:r>
        <w:br/>
        <w:t xml:space="preserve">   _____________________________________________________________________________</w:t>
      </w:r>
    </w:p>
    <w:p>
      <w:pPr>
        <w:spacing w:after="40"/>
      </w:pPr>
      <w:r>
        <w:t>4. [DÉCRIRE LE FAIT DE FAÇON CLAIRE ET PRÉCISE]</w:t>
      </w:r>
      <w:r>
        <w:br/>
        <w:t xml:space="preserve">   _____________________________________________________________________________</w:t>
      </w:r>
    </w:p>
    <w:p>
      <w:pPr>
        <w:spacing w:after="40"/>
      </w:pPr>
      <w:r>
        <w:t>5. [DÉCRIRE LE FAIT DE FAÇON CLAIRE ET PRÉCISE]</w:t>
      </w:r>
      <w:r>
        <w:br/>
        <w:t xml:space="preserve">   _____________________________________________________________________________</w:t>
      </w:r>
    </w:p>
    <w:p>
      <w:r>
        <w:rPr>
          <w:b/>
        </w:rPr>
        <w:t>Je déclare que les faits énoncés dans la présente déclaration sont vrais au meilleur de ma connaissance.</w:t>
      </w:r>
    </w:p>
    <w:p>
      <w: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ou 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r>
        <w:rPr>
          <w:b/>
          <w:sz w:val="14"/>
        </w:rPr>
        <w:t xml:space="preserve">IMPORTANT — </w:t>
      </w:r>
      <w:r>
        <w:rPr>
          <w:sz w:val="14"/>
        </w:rPr>
        <w:t>Ce modèle sert à préparer une déclaration générale de faits. Le déclarant doit vérifier le contenu avant l’assermentation et signer en présence du commissaire. Lorsqu’un organisme ou une procédure impose un formulaire particulier, le formulaire prescrit doit être utilisé.</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Déclaration de faits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