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30"/>
        </w:rPr>
        <w:t>DÉCLARATION EXPLICATIVE</w:t>
      </w:r>
    </w:p>
    <w:p>
      <w:pPr>
        <w:spacing w:after="40"/>
        <w:jc w:val="center"/>
      </w:pPr>
      <w:r>
        <w:rPr>
          <w:b/>
          <w:sz w:val="19"/>
        </w:rPr>
        <w:t>MODÈLE GÉNÉRAL — QUÉBEC</w:t>
      </w:r>
    </w:p>
    <w:p>
      <w:pPr>
        <w:spacing w:after="40"/>
        <w:jc w:val="center"/>
      </w:pPr>
      <w:r>
        <w:rPr>
          <w:b w:val="0"/>
          <w:i/>
          <w:sz w:val="15"/>
        </w:rPr>
        <w:t>Document préparatoire général. Si un tribunal, un ministère ou un organisme exige un formulaire précis, utilisez le formulaire prescrit.</w:t>
      </w:r>
    </w:p>
    <w:p>
      <w:pPr>
        <w:spacing w:after="40"/>
        <w:jc w:val="left"/>
      </w:pPr>
      <w:r>
        <w:rPr>
          <w:b w:val="0"/>
        </w:rPr>
      </w:r>
      <w:r>
        <w:t xml:space="preserve">Je, soussigné(e), </w:t>
      </w:r>
      <w:r>
        <w:rPr>
          <w:b/>
        </w:rPr>
        <w:t>[PRÉNOM ET NOM DU DÉCLARANT]</w:t>
      </w:r>
    </w:p>
    <w:p>
      <w:pPr>
        <w:spacing w:after="40"/>
        <w:jc w:val="left"/>
      </w:pPr>
      <w:r>
        <w:rPr>
          <w:b w:val="0"/>
        </w:rPr>
      </w:r>
      <w:r>
        <w:t xml:space="preserve">domicilié(e) et résidant au : </w:t>
      </w:r>
      <w:r>
        <w:rPr>
          <w:b/>
        </w:rPr>
        <w:t>[ADRESSE COMPLÈTE, VILLE, PROVINCE, CODE POSTAL]</w:t>
      </w:r>
    </w:p>
    <w:p>
      <w:pPr>
        <w:spacing w:after="40"/>
        <w:jc w:val="left"/>
      </w:pPr>
      <w:r>
        <w:rPr>
          <w:b/>
        </w:rPr>
        <w:t>fais la présente déclaration afin d’expliquer les faits ou circonstances suivants :</w:t>
      </w:r>
    </w:p>
    <w:p>
      <w:pPr>
        <w:spacing w:after="40"/>
        <w:jc w:val="left"/>
      </w:pPr>
      <w:r>
        <w:rPr>
          <w:b w:val="0"/>
        </w:rPr>
      </w:r>
      <w:r>
        <w:rPr>
          <w:b/>
        </w:rPr>
        <w:t xml:space="preserve">Objet : </w:t>
      </w:r>
      <w:r>
        <w:t>[OBJET OU SITUATION CONCERNÉE]</w:t>
      </w:r>
    </w:p>
    <w:p>
      <w:pPr>
        <w:spacing w:after="40"/>
        <w:jc w:val="left"/>
      </w:pPr>
      <w:r>
        <w:rPr>
          <w:b w:val="0"/>
        </w:rPr>
      </w:r>
      <w:r>
        <w:t xml:space="preserve">Organisme / destinataire (facultatif) : </w:t>
      </w:r>
      <w:r>
        <w:t>[NOM]</w:t>
      </w:r>
    </w:p>
    <w:p>
      <w:pPr>
        <w:spacing w:after="40"/>
        <w:jc w:val="left"/>
      </w:pPr>
      <w:r>
        <w:rPr>
          <w:b w:val="0"/>
        </w:rPr>
      </w:r>
      <w:r>
        <w:t xml:space="preserve">Dossier / référence (facultatif) : </w:t>
      </w:r>
      <w:r>
        <w:t>[RÉFÉRENCE]</w:t>
      </w:r>
    </w:p>
    <w:p>
      <w:pPr>
        <w:spacing w:after="40"/>
        <w:jc w:val="left"/>
      </w:pPr>
      <w:r>
        <w:rPr>
          <w:b/>
        </w:rPr>
        <w:t>1. Contexte</w:t>
      </w:r>
    </w:p>
    <w:p>
      <w:pPr>
        <w:spacing w:after="40"/>
        <w:jc w:val="left"/>
      </w:pPr>
      <w:r>
        <w:rPr>
          <w:b w:val="0"/>
        </w:rPr>
        <w:t>[DÉCRIRE BRIÈVEMENT LE CONTEXTE OU LA SITUATION]</w:t>
        <w:br/>
        <w:t>_____________________________________________________________________________</w:t>
        <w:br/>
        <w:t>_____________________________________________________________________________</w:t>
      </w:r>
    </w:p>
    <w:p>
      <w:pPr>
        <w:spacing w:after="40"/>
        <w:jc w:val="left"/>
      </w:pPr>
      <w:r>
        <w:rPr>
          <w:b/>
        </w:rPr>
        <w:t>2. Faits et circonstances</w:t>
      </w:r>
    </w:p>
    <w:p>
      <w:pPr>
        <w:spacing w:after="40"/>
        <w:jc w:val="left"/>
      </w:pPr>
      <w:r>
        <w:rPr>
          <w:b w:val="0"/>
        </w:rPr>
        <w:t>[EXPLIQUER LES FAITS PERTINENTS DE FAÇON CLAIRE ET CHRONOLOGIQUE]</w:t>
        <w:br/>
        <w:t>_____________________________________________________________________________</w:t>
        <w:br/>
        <w:t>_____________________________________________________________________________</w:t>
      </w:r>
    </w:p>
    <w:p>
      <w:pPr>
        <w:spacing w:after="40"/>
        <w:jc w:val="left"/>
      </w:pPr>
      <w:r>
        <w:rPr>
          <w:b/>
        </w:rPr>
        <w:t>3. Précisions supplémentaires</w:t>
      </w:r>
    </w:p>
    <w:p>
      <w:pPr>
        <w:spacing w:after="40"/>
        <w:jc w:val="left"/>
      </w:pPr>
      <w:r>
        <w:rPr>
          <w:b w:val="0"/>
        </w:rPr>
        <w:t>[AJOUTER TOUTE INFORMATION UTILE À LA COMPRÉHENSION DE LA SITUATION]</w:t>
        <w:br/>
        <w:t>_____________________________________________________________________________</w:t>
        <w:br/>
        <w:t>_____________________________________________________________________________</w:t>
      </w:r>
    </w:p>
    <w:p>
      <w:pPr>
        <w:spacing w:after="40"/>
        <w:jc w:val="left"/>
      </w:pPr>
      <w:r>
        <w:rPr>
          <w:b/>
        </w:rPr>
        <w:t>Je déclare que les renseignements et les faits énoncés dans la présente déclaration sont vrais au meilleur de ma connaissance.</w:t>
      </w:r>
    </w:p>
    <w:p>
      <w:pPr>
        <w:spacing w:after="40"/>
        <w:jc w:val="left"/>
      </w:pPr>
      <w:r>
        <w:rPr>
          <w:b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rPr>
      </w:r>
      <w:r>
        <w:rPr>
          <w:b/>
          <w:sz w:val="14"/>
        </w:rPr>
        <w:t xml:space="preserve">IMPORTANT — </w:t>
      </w:r>
      <w:r>
        <w:rPr>
          <w:sz w:val="14"/>
        </w:rPr>
        <w:t>Ce modèle sert à préparer une déclaration explicative générale à partir des faits fournis par le déclarant. Le déclarant doit vérifier le contenu avant l’assermentation et signer en présence du commissaire. Lorsqu’un organisme ou une procédure exige un formulaire particulier, le formulaire prescrit doit être utilisé.</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explicative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