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center"/>
      </w:pPr>
      <w:r>
        <w:rPr>
          <w:b/>
          <w:i w:val="0"/>
          <w:sz w:val="28"/>
        </w:rPr>
        <w:t>DÉCLARATION DE POSSESSION / PROPRIÉTÉ D’UN BIEN</w:t>
      </w:r>
    </w:p>
    <w:p>
      <w:pPr>
        <w:spacing w:after="40"/>
        <w:jc w:val="center"/>
      </w:pPr>
      <w:r>
        <w:rPr>
          <w:b/>
          <w:i w:val="0"/>
          <w:sz w:val="19"/>
        </w:rPr>
        <w:t>MODÈLE GÉNÉRAL — QUÉBEC</w:t>
      </w:r>
    </w:p>
    <w:p>
      <w:pPr>
        <w:spacing w:after="40"/>
        <w:jc w:val="center"/>
      </w:pPr>
      <w:r>
        <w:rPr>
          <w:b w:val="0"/>
          <w:i/>
          <w:sz w:val="15"/>
        </w:rPr>
        <w:t>Document préparatoire général. Si un tribunal, un ministère, un registre ou un organisme exige un formulaire précis ou une preuve particulière de propriété, utilisez les documents prescrits.</w:t>
      </w:r>
    </w:p>
    <w:p>
      <w:pPr>
        <w:spacing w:after="40"/>
        <w:jc w:val="left"/>
      </w:pPr>
      <w:r>
        <w:rPr>
          <w:b w:val="0"/>
          <w:i w:val="0"/>
        </w:rPr>
      </w:r>
      <w:r>
        <w:t xml:space="preserve">Je, soussigné(e), </w:t>
      </w:r>
      <w:r>
        <w:rPr>
          <w:b/>
        </w:rPr>
        <w:t>[PRÉNOM ET NOM DU DÉCLARANT]</w:t>
      </w:r>
    </w:p>
    <w:p>
      <w:pPr>
        <w:spacing w:after="40"/>
        <w:jc w:val="left"/>
      </w:pPr>
      <w:r>
        <w:rPr>
          <w:b w:val="0"/>
          <w:i w:val="0"/>
        </w:rPr>
      </w:r>
      <w:r>
        <w:t xml:space="preserve">domicilié(e) et résidant au : </w:t>
      </w:r>
      <w:r>
        <w:rPr>
          <w:b/>
        </w:rPr>
        <w:t>[ADRESSE COMPLÈTE, VILLE, PROVINCE, CODE POSTAL]</w:t>
      </w:r>
    </w:p>
    <w:p>
      <w:pPr>
        <w:spacing w:after="40"/>
        <w:jc w:val="left"/>
      </w:pPr>
      <w:r>
        <w:rPr>
          <w:b/>
          <w:i w:val="0"/>
        </w:rPr>
        <w:t>fais la présente déclaration concernant la possession ou la propriété du bien décrit ci-dessous :</w:t>
      </w:r>
    </w:p>
    <w:p>
      <w:pPr>
        <w:spacing w:after="40"/>
        <w:jc w:val="left"/>
      </w:pPr>
      <w:r>
        <w:rPr>
          <w:b w:val="0"/>
          <w:i w:val="0"/>
        </w:rPr>
      </w:r>
      <w:r>
        <w:rPr>
          <w:b/>
        </w:rPr>
        <w:t xml:space="preserve">1. Nature du bien : </w:t>
      </w:r>
      <w:r>
        <w:t>[TYPE DE BIEN : OBJET, VÉHICULE, ÉQUIPEMENT, AUTRE]</w:t>
      </w:r>
    </w:p>
    <w:p>
      <w:pPr>
        <w:spacing w:after="40"/>
        <w:jc w:val="left"/>
      </w:pPr>
      <w:r>
        <w:rPr>
          <w:b w:val="0"/>
          <w:i w:val="0"/>
        </w:rPr>
      </w:r>
      <w:r>
        <w:rPr>
          <w:b/>
        </w:rPr>
        <w:t>2. Description du bien :</w:t>
      </w:r>
    </w:p>
    <w:p>
      <w:pPr>
        <w:spacing w:after="40"/>
        <w:jc w:val="left"/>
      </w:pPr>
      <w:r>
        <w:rPr>
          <w:b w:val="0"/>
          <w:i w:val="0"/>
        </w:rPr>
        <w:t>[DESCRIPTION PRÉCISE : MARQUE, MODÈLE, COULEUR, CARACTÉRISTIQUES, ETC.]</w:t>
        <w:br/>
        <w:t>_____________________________________________________________________________</w:t>
      </w:r>
    </w:p>
    <w:p>
      <w:pPr>
        <w:spacing w:after="40"/>
        <w:jc w:val="left"/>
      </w:pPr>
      <w:r>
        <w:rPr>
          <w:b w:val="0"/>
          <w:i w:val="0"/>
        </w:rPr>
      </w:r>
      <w:r>
        <w:rPr>
          <w:b/>
        </w:rPr>
        <w:t xml:space="preserve">3. Numéro de série / identification / référence (si applicable) : </w:t>
      </w:r>
      <w:r>
        <w:t>[NUMÉRO OU RÉFÉRENCE]</w:t>
      </w:r>
    </w:p>
    <w:p>
      <w:pPr>
        <w:spacing w:after="40"/>
        <w:jc w:val="left"/>
      </w:pPr>
      <w:r>
        <w:rPr>
          <w:b w:val="0"/>
          <w:i w:val="0"/>
        </w:rPr>
      </w:r>
      <w:r>
        <w:rPr>
          <w:b/>
        </w:rPr>
        <w:t>4. Lieu où se trouve le bien (si pertinent) :</w:t>
      </w:r>
    </w:p>
    <w:p>
      <w:pPr>
        <w:spacing w:after="40"/>
        <w:jc w:val="left"/>
      </w:pPr>
      <w:r>
        <w:rPr>
          <w:b w:val="0"/>
          <w:i w:val="0"/>
        </w:rPr>
        <w:t>[ADRESSE OU LOCALISATION]</w:t>
      </w:r>
    </w:p>
    <w:p>
      <w:pPr>
        <w:spacing w:after="40"/>
        <w:jc w:val="left"/>
      </w:pPr>
      <w:r>
        <w:rPr>
          <w:b w:val="0"/>
          <w:i w:val="0"/>
        </w:rPr>
      </w:r>
      <w:r>
        <w:rPr>
          <w:b/>
        </w:rPr>
        <w:t>5. Je déclare concernant ce bien que :</w:t>
      </w:r>
    </w:p>
    <w:p>
      <w:pPr>
        <w:spacing w:after="40"/>
        <w:jc w:val="left"/>
      </w:pPr>
      <w:r>
        <w:rPr>
          <w:b w:val="0"/>
          <w:i w:val="0"/>
        </w:rPr>
        <w:t>☐ j’en suis propriétaire     ☐ j’en ai la possession     ☐ autre : __________________</w:t>
      </w:r>
    </w:p>
    <w:p>
      <w:pPr>
        <w:spacing w:after="40"/>
        <w:jc w:val="left"/>
      </w:pPr>
      <w:r>
        <w:rPr>
          <w:b w:val="0"/>
          <w:i w:val="0"/>
        </w:rPr>
      </w:r>
      <w:r>
        <w:rPr>
          <w:b/>
        </w:rPr>
        <w:t xml:space="preserve">6. Depuis le : </w:t>
      </w:r>
      <w:r>
        <w:t>[DATE OU PÉRIODE]</w:t>
      </w:r>
    </w:p>
    <w:p>
      <w:pPr>
        <w:spacing w:after="40"/>
        <w:jc w:val="left"/>
      </w:pPr>
      <w:r>
        <w:rPr>
          <w:b w:val="0"/>
          <w:i w:val="0"/>
        </w:rPr>
      </w:r>
      <w:r>
        <w:rPr>
          <w:b/>
        </w:rPr>
        <w:t>7. Circonstances d’acquisition ou de possession :</w:t>
      </w:r>
    </w:p>
    <w:p>
      <w:pPr>
        <w:spacing w:after="40"/>
        <w:jc w:val="left"/>
      </w:pPr>
      <w:r>
        <w:rPr>
          <w:b w:val="0"/>
          <w:i w:val="0"/>
        </w:rPr>
        <w:t>[DÉCRIRE COMMENT ET DANS QUELLES CIRCONSTANCES LE BIEN A ÉTÉ ACQUIS OU EST DÉTENU]</w:t>
        <w:br/>
        <w:t>_____________________________________________________________________________</w:t>
        <w:br/>
        <w:t>_____________________________________________________________________________</w:t>
      </w:r>
    </w:p>
    <w:p>
      <w:pPr>
        <w:spacing w:after="40"/>
        <w:jc w:val="left"/>
      </w:pPr>
      <w:r>
        <w:rPr>
          <w:b w:val="0"/>
          <w:i w:val="0"/>
        </w:rPr>
      </w:r>
      <w:r>
        <w:rPr>
          <w:b/>
        </w:rPr>
        <w:t xml:space="preserve">8. Organisme / destinataire (facultatif) : </w:t>
      </w:r>
      <w:r>
        <w:t>[NOM DE L’ORGANISME OU DU DESTINATAIRE]</w:t>
      </w:r>
    </w:p>
    <w:p>
      <w:pPr>
        <w:spacing w:after="40"/>
        <w:jc w:val="left"/>
      </w:pPr>
      <w:r>
        <w:rPr>
          <w:b w:val="0"/>
          <w:i w:val="0"/>
        </w:rPr>
      </w:r>
      <w:r>
        <w:rPr>
          <w:b/>
        </w:rPr>
        <w:t>9. Précisions supplémentaires (facultatif) :</w:t>
      </w:r>
    </w:p>
    <w:p>
      <w:pPr>
        <w:spacing w:after="40"/>
        <w:jc w:val="left"/>
      </w:pPr>
      <w:r>
        <w:rPr>
          <w:b w:val="0"/>
          <w:i w:val="0"/>
        </w:rPr>
        <w:t>[AJOUTER TOUT FAIT OU RENSEIGNEMENT PERTINENT]</w:t>
        <w:br/>
        <w:t>_____________________________________________________________________________</w:t>
      </w:r>
    </w:p>
    <w:p>
      <w:pPr>
        <w:spacing w:after="40"/>
        <w:jc w:val="left"/>
      </w:pPr>
      <w:r>
        <w:rPr>
          <w:b/>
          <w:i w:val="0"/>
        </w:rPr>
        <w:t>Je déclare que les renseignements et les faits énoncés dans la présente déclaration sont vrais au meilleur de ma connaissance.</w:t>
      </w:r>
    </w:p>
    <w:p>
      <w:pPr>
        <w:spacing w:after="40"/>
        <w:jc w:val="left"/>
      </w:pPr>
      <w:r>
        <w:rPr>
          <w:b w:val="0"/>
          <w:i w:val="0"/>
        </w:rPr>
        <w:t>Et j’ai signé :</w:t>
      </w:r>
    </w:p>
    <w:tbl>
      <w:tblPr>
        <w:tblW w:type="auto" w:w="0"/>
        <w:jc w:val="center"/>
        <w:tblLook w:firstColumn="1" w:firstRow="1" w:lastColumn="0" w:lastRow="0" w:noHBand="0" w:noVBand="1" w:val="04A0"/>
      </w:tblPr>
      <w:tblGrid>
        <w:gridCol w:w="5083"/>
        <w:gridCol w:w="5083"/>
      </w:tblGrid>
      <w:tr>
        <w:tc>
          <w:tcPr>
            <w:tcW w:type="dxa" w:w="5083"/>
            <w:tcBorders>
              <w:top w:val="nil"/>
              <w:left w:val="nil"/>
              <w:bottom w:val="nil"/>
              <w:right w:val="nil"/>
              <w:insideH w:val="nil"/>
              <w:insideV w:val="nil"/>
            </w:tcBorders>
          </w:tcPr>
          <w:p>
            <w:pPr>
              <w:jc w:val="center"/>
            </w:pPr>
            <w:r>
              <w:rPr>
                <w:sz w:val="17"/>
              </w:rPr>
              <w:t>________________________________</w:t>
            </w:r>
          </w:p>
        </w:tc>
        <w:tc>
          <w:tcPr>
            <w:tcW w:type="dxa" w:w="5083"/>
            <w:tcBorders>
              <w:top w:val="nil"/>
              <w:left w:val="nil"/>
              <w:bottom w:val="nil"/>
              <w:right w:val="nil"/>
              <w:insideH w:val="nil"/>
              <w:insideV w:val="nil"/>
            </w:tcBorders>
          </w:tcPr>
          <w:p>
            <w:pPr>
              <w:jc w:val="center"/>
            </w:pPr>
            <w:r>
              <w:rPr>
                <w:sz w:val="17"/>
              </w:rPr>
              <w:t>________________________________</w:t>
            </w:r>
          </w:p>
        </w:tc>
      </w:tr>
      <w:tr>
        <w:tc>
          <w:tcPr>
            <w:tcW w:type="dxa" w:w="5083"/>
            <w:tcBorders>
              <w:top w:val="nil"/>
              <w:left w:val="nil"/>
              <w:bottom w:val="nil"/>
              <w:right w:val="nil"/>
              <w:insideH w:val="nil"/>
              <w:insideV w:val="nil"/>
            </w:tcBorders>
          </w:tcPr>
          <w:p>
            <w:pPr>
              <w:jc w:val="center"/>
            </w:pPr>
            <w:r>
              <w:rPr>
                <w:sz w:val="17"/>
              </w:rPr>
              <w:t>Signature du déclarant</w:t>
            </w:r>
          </w:p>
        </w:tc>
        <w:tc>
          <w:tcPr>
            <w:tcW w:type="dxa" w:w="5083"/>
            <w:tcBorders>
              <w:top w:val="nil"/>
              <w:left w:val="nil"/>
              <w:bottom w:val="nil"/>
              <w:right w:val="nil"/>
              <w:insideH w:val="nil"/>
              <w:insideV w:val="nil"/>
            </w:tcBorders>
          </w:tcPr>
          <w:p>
            <w:pPr>
              <w:jc w:val="center"/>
            </w:pPr>
            <w:r>
              <w:rPr>
                <w:sz w:val="17"/>
              </w:rPr>
              <w:t>Date</w:t>
            </w:r>
          </w:p>
        </w:tc>
      </w:tr>
    </w:tbl>
    <w:tbl>
      <w:tblPr>
        <w:tblW w:type="auto" w:w="0"/>
        <w:jc w:val="center"/>
        <w:tblLook w:firstColumn="1" w:firstRow="1" w:lastColumn="0" w:lastRow="0" w:noHBand="0" w:noVBand="1" w:val="04A0"/>
      </w:tblPr>
      <w:tblGrid>
        <w:gridCol w:w="10166"/>
      </w:tblGrid>
      <w:tr>
        <w:tc>
          <w:tcPr>
            <w:tcW w:type="dxa" w:w="10166"/>
            <w:tcBorders>
              <w:top w:val="single" w:sz="8"/>
              <w:left w:val="single" w:sz="8"/>
              <w:bottom w:val="single" w:sz="8"/>
              <w:right w:val="single" w:sz="8"/>
            </w:tcBorders>
          </w:tcPr>
          <w:p>
            <w:pPr>
              <w:jc w:val="center"/>
            </w:pPr>
            <w:r>
              <w:rPr>
                <w:b/>
                <w:sz w:val="20"/>
              </w:rPr>
              <w:t>SECTION D’ASSERMENTATION</w:t>
            </w:r>
          </w:p>
          <w:p>
            <w:pPr>
              <w:spacing w:after="20"/>
            </w:pPr>
            <w:r>
              <w:rPr>
                <w:sz w:val="17"/>
              </w:rPr>
              <w:t>Déclaré sous serment ou affirmé solennellement devant moi</w:t>
            </w:r>
          </w:p>
          <w:p>
            <w:pPr>
              <w:spacing w:after="20"/>
            </w:pPr>
            <w:r>
              <w:rPr>
                <w:sz w:val="17"/>
              </w:rPr>
              <w:t>À : ____________________________________     Le : ______________________________</w:t>
            </w:r>
          </w:p>
          <w:p>
            <w:pPr>
              <w:spacing w:after="20"/>
            </w:pPr>
            <w:r>
              <w:rPr>
                <w:sz w:val="17"/>
              </w:rPr>
              <w:t>Signature du commissaire : __________________________________________________</w:t>
            </w:r>
          </w:p>
          <w:p>
            <w:pPr>
              <w:spacing w:after="20"/>
            </w:pPr>
            <w:r>
              <w:rPr>
                <w:sz w:val="17"/>
              </w:rPr>
              <w:t>Nom du commissaire : _______________________________________________________</w:t>
            </w:r>
          </w:p>
          <w:p>
            <w:pPr>
              <w:spacing w:after="20"/>
            </w:pPr>
            <w:r>
              <w:rPr>
                <w:sz w:val="17"/>
              </w:rPr>
              <w:t>Titre / étendue de la commission : ___________________________________________</w:t>
            </w:r>
          </w:p>
          <w:p>
            <w:pPr>
              <w:spacing w:after="20"/>
            </w:pPr>
            <w:r>
              <w:rPr>
                <w:sz w:val="17"/>
              </w:rPr>
              <w:t>Numéro de commissaire : ____________________________________________________</w:t>
            </w:r>
          </w:p>
          <w:p>
            <w:pPr>
              <w:spacing w:after="20"/>
            </w:pPr>
            <w:r>
              <w:rPr>
                <w:sz w:val="17"/>
              </w:rPr>
              <w:t>Assermentation effectuée à distance :   ☐ Oui     ☐ Non</w:t>
            </w:r>
          </w:p>
        </w:tc>
      </w:tr>
    </w:tbl>
    <w:p>
      <w:pPr>
        <w:spacing w:after="40"/>
        <w:jc w:val="left"/>
      </w:pPr>
      <w:r>
        <w:rPr>
          <w:b w:val="0"/>
          <w:i w:val="0"/>
        </w:rPr>
      </w:r>
      <w:r>
        <w:rPr>
          <w:b/>
          <w:sz w:val="14"/>
        </w:rPr>
        <w:t xml:space="preserve">IMPORTANT — </w:t>
      </w:r>
      <w:r>
        <w:rPr>
          <w:sz w:val="14"/>
        </w:rPr>
        <w:t>Ce modèle sert à préparer une déclaration générale concernant la possession ou la propriété alléguée d’un bien. L’assermentation d’une déclaration ne constitue pas, à elle seule, une preuve définitive du titre de propriété et ne remplace pas les documents, registres ou formalités exigés par la loi ou par l’organisme destinataire. Le déclarant doit vérifier les exigences applicables et signer en présence du commissaire.</w:t>
      </w:r>
    </w:p>
    <w:sectPr w:rsidR="00FC693F" w:rsidRPr="0006063C" w:rsidSect="00034616">
      <w:footerReference w:type="default" r:id="rId9"/>
      <w:pgSz w:w="12240" w:h="15840"/>
      <w:pgMar w:top="691" w:right="1037" w:bottom="691" w:left="10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4"/>
      </w:rPr>
      <w:t>Modèle général — Déclaration de possession / propriété d’un bien — Québec</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40"/>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