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i w:val="0"/>
          <w:sz w:val="30"/>
        </w:rPr>
        <w:t>DÉCLARATION DE SITUATION PERSONNELLE</w:t>
      </w:r>
    </w:p>
    <w:p>
      <w:pPr>
        <w:spacing w:after="40"/>
        <w:jc w:val="center"/>
      </w:pPr>
      <w:r>
        <w:rPr>
          <w:b/>
          <w:i w:val="0"/>
          <w:sz w:val="19"/>
        </w:rPr>
        <w:t>MODÈLE GÉNÉRAL — QUÉBEC</w:t>
      </w:r>
    </w:p>
    <w:p>
      <w:pPr>
        <w:spacing w:after="40"/>
        <w:jc w:val="center"/>
      </w:pPr>
      <w:r>
        <w:rPr>
          <w:b w:val="0"/>
          <w:i/>
          <w:sz w:val="15"/>
        </w:rPr>
        <w:t>Document préparatoire général. Si un tribunal, un ministère ou un organisme exige un formulaire précis, utilisez le formulaire prescrit.</w:t>
      </w:r>
    </w:p>
    <w:p>
      <w:pPr>
        <w:spacing w:after="40"/>
        <w:jc w:val="left"/>
      </w:pPr>
      <w:r>
        <w:rPr>
          <w:b w:val="0"/>
          <w:i w:val="0"/>
        </w:rPr>
      </w:r>
      <w:r>
        <w:t xml:space="preserve">Je, soussigné(e), </w:t>
      </w:r>
      <w:r>
        <w:rPr>
          <w:b/>
        </w:rPr>
        <w:t>[PRÉNOM ET NOM DU DÉCLARANT]</w:t>
      </w:r>
    </w:p>
    <w:p>
      <w:pPr>
        <w:spacing w:after="40"/>
        <w:jc w:val="left"/>
      </w:pPr>
      <w:r>
        <w:rPr>
          <w:b w:val="0"/>
          <w:i w:val="0"/>
        </w:rPr>
      </w:r>
      <w:r>
        <w:t xml:space="preserve">domicilié(e) et résidant au : </w:t>
      </w:r>
      <w:r>
        <w:rPr>
          <w:b/>
        </w:rPr>
        <w:t>[ADRESSE COMPLÈTE, VILLE, PROVINCE, CODE POSTAL]</w:t>
      </w:r>
    </w:p>
    <w:p>
      <w:pPr>
        <w:spacing w:after="40"/>
        <w:jc w:val="left"/>
      </w:pPr>
      <w:r>
        <w:rPr>
          <w:b/>
          <w:i w:val="0"/>
        </w:rPr>
        <w:t>fais la présente déclaration concernant ma situation personnelle et déclare ce qui suit :</w:t>
      </w:r>
    </w:p>
    <w:p>
      <w:pPr>
        <w:spacing w:after="40"/>
        <w:jc w:val="left"/>
      </w:pPr>
      <w:r>
        <w:rPr>
          <w:b w:val="0"/>
          <w:i w:val="0"/>
        </w:rPr>
      </w:r>
      <w:r>
        <w:rPr>
          <w:b/>
        </w:rPr>
        <w:t>1. Objet de la déclaration :</w:t>
      </w:r>
    </w:p>
    <w:p>
      <w:pPr>
        <w:spacing w:after="40"/>
        <w:jc w:val="left"/>
      </w:pPr>
      <w:r>
        <w:rPr>
          <w:b w:val="0"/>
          <w:i w:val="0"/>
        </w:rPr>
        <w:t>[INDIQUER BRIÈVEMENT LA SITUATION OU LA DÉMARCHE CONCERNÉE]</w:t>
        <w:br/>
        <w:t>_____________________________________________________________________________</w:t>
      </w:r>
    </w:p>
    <w:p>
      <w:pPr>
        <w:spacing w:after="40"/>
        <w:jc w:val="left"/>
      </w:pPr>
      <w:r>
        <w:rPr>
          <w:b w:val="0"/>
          <w:i w:val="0"/>
        </w:rPr>
      </w:r>
      <w:r>
        <w:rPr>
          <w:b/>
        </w:rPr>
        <w:t>2. Situation actuelle :</w:t>
      </w:r>
    </w:p>
    <w:p>
      <w:pPr>
        <w:spacing w:after="40"/>
        <w:jc w:val="left"/>
      </w:pPr>
      <w:r>
        <w:rPr>
          <w:b w:val="0"/>
          <w:i w:val="0"/>
        </w:rPr>
        <w:t>[DÉCRIRE LA SITUATION PERSONNELLE PERTINENTE DE FAÇON CLAIRE ET FACTUELLE]</w:t>
        <w:br/>
        <w:t>_____________________________________________________________________________</w:t>
        <w:br/>
        <w:t>_____________________________________________________________________________</w:t>
      </w:r>
    </w:p>
    <w:p>
      <w:pPr>
        <w:spacing w:after="40"/>
        <w:jc w:val="left"/>
      </w:pPr>
      <w:r>
        <w:rPr>
          <w:b w:val="0"/>
          <w:i w:val="0"/>
        </w:rPr>
      </w:r>
      <w:r>
        <w:rPr>
          <w:b/>
        </w:rPr>
        <w:t>3. Faits ou circonstances pertinents :</w:t>
      </w:r>
    </w:p>
    <w:p>
      <w:pPr>
        <w:spacing w:after="40"/>
        <w:jc w:val="left"/>
      </w:pPr>
      <w:r>
        <w:rPr>
          <w:b w:val="0"/>
          <w:i w:val="0"/>
        </w:rPr>
        <w:t>[INDIQUER LES DATES, ÉVÉNEMENTS OU AUTRES FAITS UTILES]</w:t>
        <w:br/>
        <w:t>_____________________________________________________________________________</w:t>
        <w:br/>
        <w:t>_____________________________________________________________________________</w:t>
      </w:r>
    </w:p>
    <w:p>
      <w:pPr>
        <w:spacing w:after="40"/>
        <w:jc w:val="left"/>
      </w:pPr>
      <w:r>
        <w:rPr>
          <w:b w:val="0"/>
          <w:i w:val="0"/>
        </w:rPr>
      </w:r>
      <w:r>
        <w:rPr>
          <w:b/>
        </w:rPr>
        <w:t xml:space="preserve">4. Organisme / destinataire (facultatif) : </w:t>
      </w:r>
      <w:r>
        <w:t>[NOM DE L’ORGANISME OU DU DESTINATAIRE]</w:t>
      </w:r>
    </w:p>
    <w:p>
      <w:pPr>
        <w:spacing w:after="40"/>
        <w:jc w:val="left"/>
      </w:pPr>
      <w:r>
        <w:rPr>
          <w:b w:val="0"/>
          <w:i w:val="0"/>
        </w:rPr>
      </w:r>
      <w:r>
        <w:rPr>
          <w:b/>
        </w:rPr>
        <w:t xml:space="preserve">5. Numéro de dossier / référence (facultatif) : </w:t>
      </w:r>
      <w:r>
        <w:t>[RÉFÉRENCE]</w:t>
      </w:r>
    </w:p>
    <w:p>
      <w:pPr>
        <w:spacing w:after="40"/>
        <w:jc w:val="left"/>
      </w:pPr>
      <w:r>
        <w:rPr>
          <w:b w:val="0"/>
          <w:i w:val="0"/>
        </w:rPr>
      </w:r>
      <w:r>
        <w:rPr>
          <w:b/>
        </w:rPr>
        <w:t>6. Précisions supplémentaires (facultatif) :</w:t>
      </w:r>
    </w:p>
    <w:p>
      <w:pPr>
        <w:spacing w:after="40"/>
        <w:jc w:val="left"/>
      </w:pPr>
      <w:r>
        <w:rPr>
          <w:b w:val="0"/>
          <w:i w:val="0"/>
        </w:rPr>
        <w:t>[AJOUTER TOUT RENSEIGNEMENT PERTINENT]</w:t>
        <w:br/>
        <w:t>_____________________________________________________________________________</w:t>
      </w:r>
    </w:p>
    <w:p>
      <w:pPr>
        <w:spacing w:after="40"/>
        <w:jc w:val="left"/>
      </w:pPr>
      <w:r>
        <w:rPr>
          <w:b/>
          <w:i w:val="0"/>
        </w:rPr>
        <w:t>Je déclare que les renseignements et les faits énoncés dans la présente déclaration sont vrais au meilleur de ma connaissance.</w:t>
      </w:r>
    </w:p>
    <w:p>
      <w:pPr>
        <w:spacing w:after="40"/>
        <w:jc w:val="left"/>
      </w:pPr>
      <w:r>
        <w:rPr>
          <w:b w:val="0"/>
          <w:i w:val="0"/>
        </w:rPr>
        <w:t>Et j’ai signé :</w:t>
      </w:r>
    </w:p>
    <w:tbl>
      <w:tblPr>
        <w:tblW w:type="auto" w:w="0"/>
        <w:jc w:val="center"/>
        <w:tblLook w:firstColumn="1" w:firstRow="1" w:lastColumn="0" w:lastRow="0" w:noHBand="0" w:noVBand="1" w:val="04A0"/>
      </w:tblPr>
      <w:tblGrid>
        <w:gridCol w:w="5083"/>
        <w:gridCol w:w="5083"/>
      </w:tblGrid>
      <w:tr>
        <w:tc>
          <w:tcPr>
            <w:tcW w:type="dxa" w:w="5083"/>
            <w:tcBorders>
              <w:top w:val="nil"/>
              <w:left w:val="nil"/>
              <w:bottom w:val="nil"/>
              <w:right w:val="nil"/>
              <w:insideH w:val="nil"/>
              <w:insideV w:val="nil"/>
            </w:tcBorders>
          </w:tcPr>
          <w:p>
            <w:pPr>
              <w:jc w:val="center"/>
            </w:pPr>
            <w:r>
              <w:rPr>
                <w:sz w:val="17"/>
              </w:rPr>
              <w:t>________________________________</w:t>
            </w:r>
          </w:p>
        </w:tc>
        <w:tc>
          <w:tcPr>
            <w:tcW w:type="dxa" w:w="5083"/>
            <w:tcBorders>
              <w:top w:val="nil"/>
              <w:left w:val="nil"/>
              <w:bottom w:val="nil"/>
              <w:right w:val="nil"/>
              <w:insideH w:val="nil"/>
              <w:insideV w:val="nil"/>
            </w:tcBorders>
          </w:tcPr>
          <w:p>
            <w:pPr>
              <w:jc w:val="center"/>
            </w:pPr>
            <w:r>
              <w:rPr>
                <w:sz w:val="17"/>
              </w:rPr>
              <w:t>________________________________</w:t>
            </w:r>
          </w:p>
        </w:tc>
      </w:tr>
      <w:tr>
        <w:tc>
          <w:tcPr>
            <w:tcW w:type="dxa" w:w="5083"/>
            <w:tcBorders>
              <w:top w:val="nil"/>
              <w:left w:val="nil"/>
              <w:bottom w:val="nil"/>
              <w:right w:val="nil"/>
              <w:insideH w:val="nil"/>
              <w:insideV w:val="nil"/>
            </w:tcBorders>
          </w:tcPr>
          <w:p>
            <w:pPr>
              <w:jc w:val="center"/>
            </w:pPr>
            <w:r>
              <w:rPr>
                <w:sz w:val="17"/>
              </w:rPr>
              <w:t>Signature du déclarant</w:t>
            </w:r>
          </w:p>
        </w:tc>
        <w:tc>
          <w:tcPr>
            <w:tcW w:type="dxa" w:w="5083"/>
            <w:tcBorders>
              <w:top w:val="nil"/>
              <w:left w:val="nil"/>
              <w:bottom w:val="nil"/>
              <w:right w:val="nil"/>
              <w:insideH w:val="nil"/>
              <w:insideV w:val="nil"/>
            </w:tcBorders>
          </w:tcPr>
          <w:p>
            <w:pPr>
              <w:jc w:val="center"/>
            </w:pPr>
            <w:r>
              <w:rPr>
                <w:sz w:val="17"/>
              </w:rPr>
              <w:t>Date</w:t>
            </w:r>
          </w:p>
        </w:tc>
      </w:tr>
    </w:tbl>
    <w:tbl>
      <w:tblPr>
        <w:tblW w:type="auto" w:w="0"/>
        <w:jc w:val="center"/>
        <w:tblLook w:firstColumn="1" w:firstRow="1" w:lastColumn="0" w:lastRow="0" w:noHBand="0" w:noVBand="1" w:val="04A0"/>
      </w:tblPr>
      <w:tblGrid>
        <w:gridCol w:w="10166"/>
      </w:tblGrid>
      <w:tr>
        <w:tc>
          <w:tcPr>
            <w:tcW w:type="dxa" w:w="10166"/>
            <w:tcBorders>
              <w:top w:val="single" w:sz="8"/>
              <w:left w:val="single" w:sz="8"/>
              <w:bottom w:val="single" w:sz="8"/>
              <w:right w:val="single" w:sz="8"/>
            </w:tcBorders>
          </w:tcPr>
          <w:p>
            <w:pPr>
              <w:jc w:val="center"/>
            </w:pPr>
            <w:r>
              <w:rPr>
                <w:b/>
                <w:sz w:val="20"/>
              </w:rPr>
              <w:t>SECTION D’ASSERMENTATION</w:t>
            </w:r>
          </w:p>
          <w:p>
            <w:pPr>
              <w:spacing w:after="20"/>
            </w:pPr>
            <w:r>
              <w:rPr>
                <w:sz w:val="17"/>
              </w:rPr>
              <w:t>Déclaré sous serment ou affirmé solennellement devant moi</w:t>
            </w:r>
          </w:p>
          <w:p>
            <w:pPr>
              <w:spacing w:after="20"/>
            </w:pPr>
            <w:r>
              <w:rPr>
                <w:sz w:val="17"/>
              </w:rPr>
              <w:t>À : ____________________________________     Le : ______________________________</w:t>
            </w:r>
          </w:p>
          <w:p>
            <w:pPr>
              <w:spacing w:after="20"/>
            </w:pPr>
            <w:r>
              <w:rPr>
                <w:sz w:val="17"/>
              </w:rPr>
              <w:t>Signature du commissaire : __________________________________________________</w:t>
            </w:r>
          </w:p>
          <w:p>
            <w:pPr>
              <w:spacing w:after="20"/>
            </w:pPr>
            <w:r>
              <w:rPr>
                <w:sz w:val="17"/>
              </w:rPr>
              <w:t>Nom du commissaire : _______________________________________________________</w:t>
            </w:r>
          </w:p>
          <w:p>
            <w:pPr>
              <w:spacing w:after="20"/>
            </w:pPr>
            <w:r>
              <w:rPr>
                <w:sz w:val="17"/>
              </w:rPr>
              <w:t>Titre / étendue de la commission : ___________________________________________</w:t>
            </w:r>
          </w:p>
          <w:p>
            <w:pPr>
              <w:spacing w:after="20"/>
            </w:pPr>
            <w:r>
              <w:rPr>
                <w:sz w:val="17"/>
              </w:rPr>
              <w:t>Numéro de commissaire : ____________________________________________________</w:t>
            </w:r>
          </w:p>
          <w:p>
            <w:pPr>
              <w:spacing w:after="20"/>
            </w:pPr>
            <w:r>
              <w:rPr>
                <w:sz w:val="17"/>
              </w:rPr>
              <w:t>Assermentation effectuée à distance :   ☐ Oui     ☐ Non</w:t>
            </w:r>
          </w:p>
        </w:tc>
      </w:tr>
    </w:tbl>
    <w:p>
      <w:pPr>
        <w:spacing w:after="40"/>
        <w:jc w:val="left"/>
      </w:pPr>
      <w:r>
        <w:rPr>
          <w:b w:val="0"/>
          <w:i w:val="0"/>
        </w:rPr>
      </w:r>
      <w:r>
        <w:rPr>
          <w:b/>
          <w:sz w:val="14"/>
        </w:rPr>
        <w:t xml:space="preserve">IMPORTANT — </w:t>
      </w:r>
      <w:r>
        <w:rPr>
          <w:sz w:val="14"/>
        </w:rPr>
        <w:t>Ce modèle sert à préparer une déclaration générale relative à une situation personnelle à partir des renseignements fournis par le déclarant. Il ne constitue pas un avis juridique et ne remplace pas un formulaire officiel. Le déclarant doit vérifier les exigences de l’organisme destinataire et signer en présence du commissaire lors de l’assermentation.</w:t>
      </w:r>
    </w:p>
    <w:sectPr w:rsidR="00FC693F" w:rsidRPr="0006063C" w:rsidSect="00034616">
      <w:footerReference w:type="default" r:id="rId9"/>
      <w:pgSz w:w="12240" w:h="15840"/>
      <w:pgMar w:top="691" w:right="1037" w:bottom="691"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Modèle général — Déclaration de situation personnelle — Québec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